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92F2A" w14:textId="30450201" w:rsidR="00563DBE" w:rsidRDefault="00875244">
      <w:pPr>
        <w:spacing w:line="240" w:lineRule="auto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C75E050" wp14:editId="515CADE5">
                <wp:simplePos x="0" y="0"/>
                <wp:positionH relativeFrom="margin">
                  <wp:align>left</wp:align>
                </wp:positionH>
                <wp:positionV relativeFrom="paragraph">
                  <wp:posOffset>2338070</wp:posOffset>
                </wp:positionV>
                <wp:extent cx="6724650" cy="1250950"/>
                <wp:effectExtent l="19050" t="19050" r="38100" b="444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12509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389A0B" w14:textId="77777777" w:rsidR="00F975EE" w:rsidRPr="00D5663A" w:rsidRDefault="00F975EE" w:rsidP="00210FAA">
                            <w:pPr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>Knowledge and Understanding</w:t>
                            </w:r>
                          </w:p>
                          <w:p w14:paraId="16712E88" w14:textId="77777777" w:rsidR="001379D6" w:rsidRPr="00D5663A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jc w:val="both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map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helps us to find places, plan journeys and give directions.</w:t>
                            </w:r>
                          </w:p>
                          <w:p w14:paraId="5E7417FB" w14:textId="77777777" w:rsidR="001379D6" w:rsidRPr="00D5663A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jc w:val="both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Special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symbols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are used on maps to show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features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of places.</w:t>
                            </w:r>
                          </w:p>
                          <w:p w14:paraId="511598CD" w14:textId="77777777" w:rsidR="001379D6" w:rsidRPr="00D5663A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jc w:val="both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Maps can be made to show the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layout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of any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area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; a room, a building or even a whole city!</w:t>
                            </w:r>
                          </w:p>
                          <w:p w14:paraId="7ABB6662" w14:textId="13CF6562" w:rsidR="00325337" w:rsidRPr="001379D6" w:rsidRDefault="00325337" w:rsidP="001379D6">
                            <w:pPr>
                              <w:spacing w:before="100" w:beforeAutospacing="1" w:after="100" w:afterAutospacing="1" w:line="240" w:lineRule="auto"/>
                              <w:ind w:left="360"/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C75E0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4.1pt;width:529.5pt;height:98.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" fillcolor="#c6d9f1 [671]" strokecolor="#4f81bd [3204]" strokeweight="4.5pt">
                <v:textbox>
                  <w:txbxContent>
                    <w:p w14:paraId="35389A0B" w14:textId="77777777" w:rsidR="00F975EE" w:rsidRPr="00D5663A" w:rsidRDefault="00F975EE" w:rsidP="00210FAA">
                      <w:pPr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5663A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>Knowledge and Understanding</w:t>
                      </w:r>
                    </w:p>
                    <w:p w14:paraId="16712E88" w14:textId="77777777" w:rsidR="001379D6" w:rsidRPr="00D5663A" w:rsidRDefault="001379D6" w:rsidP="001379D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jc w:val="both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A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map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helps us to find places, plan journeys and give directions.</w:t>
                      </w:r>
                    </w:p>
                    <w:p w14:paraId="5E7417FB" w14:textId="77777777" w:rsidR="001379D6" w:rsidRPr="00D5663A" w:rsidRDefault="001379D6" w:rsidP="001379D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jc w:val="both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Special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 symbols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are used on maps to show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features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of places.</w:t>
                      </w:r>
                    </w:p>
                    <w:p w14:paraId="511598CD" w14:textId="77777777" w:rsidR="001379D6" w:rsidRPr="00D5663A" w:rsidRDefault="001379D6" w:rsidP="001379D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jc w:val="both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Maps can be made to show the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layout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of any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area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; a room, a building or even a whole city!</w:t>
                      </w:r>
                    </w:p>
                    <w:p w14:paraId="7ABB6662" w14:textId="13CF6562" w:rsidR="00325337" w:rsidRPr="001379D6" w:rsidRDefault="00325337" w:rsidP="001379D6">
                      <w:pPr>
                        <w:spacing w:before="100" w:beforeAutospacing="1" w:after="100" w:afterAutospacing="1" w:line="240" w:lineRule="auto"/>
                        <w:ind w:left="360"/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33FF">
        <w:rPr>
          <w:noProof/>
          <w:lang w:val="en-GB" w:eastAsia="en-GB"/>
        </w:rPr>
        <w:drawing>
          <wp:anchor distT="0" distB="0" distL="114300" distR="114300" simplePos="0" relativeHeight="251707392" behindDoc="1" locked="0" layoutInCell="1" allowOverlap="1" wp14:anchorId="68B90B02" wp14:editId="120CE24E">
            <wp:simplePos x="0" y="0"/>
            <wp:positionH relativeFrom="column">
              <wp:posOffset>6076950</wp:posOffset>
            </wp:positionH>
            <wp:positionV relativeFrom="paragraph">
              <wp:posOffset>6611620</wp:posOffset>
            </wp:positionV>
            <wp:extent cx="470535" cy="464820"/>
            <wp:effectExtent l="0" t="0" r="5715" b="0"/>
            <wp:wrapTight wrapText="bothSides">
              <wp:wrapPolygon edited="0">
                <wp:start x="0" y="0"/>
                <wp:lineTo x="0" y="20361"/>
                <wp:lineTo x="20988" y="20361"/>
                <wp:lineTo x="2098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3F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11FB683" wp14:editId="499F2926">
                <wp:simplePos x="0" y="0"/>
                <wp:positionH relativeFrom="margin">
                  <wp:align>left</wp:align>
                </wp:positionH>
                <wp:positionV relativeFrom="paragraph">
                  <wp:posOffset>3774440</wp:posOffset>
                </wp:positionV>
                <wp:extent cx="6756400" cy="2584450"/>
                <wp:effectExtent l="19050" t="19050" r="44450" b="444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0" cy="2584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32308" w14:textId="42BB38D8" w:rsidR="00935D06" w:rsidRPr="00F033FF" w:rsidRDefault="00D5663A" w:rsidP="00255C2B">
                            <w:p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>Expressive Arts and Design</w:t>
                            </w:r>
                          </w:p>
                          <w:p w14:paraId="4E0B6EC2" w14:textId="77777777" w:rsidR="00D5663A" w:rsidRPr="00F033FF" w:rsidRDefault="00D5663A" w:rsidP="00D5663A">
                            <w:p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Focus: singing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ED26955" w14:textId="73131086" w:rsidR="00D5663A" w:rsidRPr="00F033FF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Nursery rhyme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s tell stories through song</w:t>
                            </w:r>
                          </w:p>
                          <w:p w14:paraId="691FD38B" w14:textId="056CA425" w:rsidR="00D5663A" w:rsidRPr="00F033FF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Our bodies can move and make actions to music.</w:t>
                            </w:r>
                          </w:p>
                          <w:p w14:paraId="05036A78" w14:textId="4998C93A" w:rsidR="00D5663A" w:rsidRPr="00F033FF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Our bodies are an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instrument</w:t>
                            </w:r>
                          </w:p>
                          <w:p w14:paraId="6F183171" w14:textId="67AF428B" w:rsidR="00D5663A" w:rsidRPr="00F033FF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Instrument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s make sound</w:t>
                            </w:r>
                          </w:p>
                          <w:p w14:paraId="0E2DB091" w14:textId="230012BE" w:rsidR="00D5663A" w:rsidRPr="00F033FF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Our voice is an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instrument </w:t>
                            </w:r>
                          </w:p>
                          <w:p w14:paraId="6A930090" w14:textId="6BFBBD06" w:rsidR="00142FFC" w:rsidRPr="00F033FF" w:rsidRDefault="00142FFC" w:rsidP="00142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Using different materials, tools and techniques, such as paintbrushes, crayons, pencils, sponges, collage, printing and clay to create different effects.</w:t>
                            </w:r>
                          </w:p>
                          <w:p w14:paraId="54DBD2E5" w14:textId="145A4C8B" w:rsidR="00142FFC" w:rsidRPr="00F033FF" w:rsidRDefault="00F033FF" w:rsidP="00142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Artists use different </w:t>
                            </w:r>
                            <w:proofErr w:type="spellStart"/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to express moods, feelings and create narratives.</w:t>
                            </w:r>
                          </w:p>
                          <w:p w14:paraId="1265B40D" w14:textId="2380A0DE" w:rsidR="00935D06" w:rsidRPr="00006294" w:rsidRDefault="00935D06" w:rsidP="00D5663A">
                            <w:pPr>
                              <w:pStyle w:val="ListParagraph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11FB683" id="_x0000_s1027" type="#_x0000_t202" style="position:absolute;margin-left:0;margin-top:297.2pt;width:532pt;height:203.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" fillcolor="#eaf1dd [662]" strokecolor="#00b050" strokeweight="4.5pt">
                <v:textbox>
                  <w:txbxContent>
                    <w:p w14:paraId="3D332308" w14:textId="42BB38D8" w:rsidR="00935D06" w:rsidRPr="00F033FF" w:rsidRDefault="00D5663A" w:rsidP="00255C2B">
                      <w:p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033FF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>Expressive Arts and Design</w:t>
                      </w:r>
                    </w:p>
                    <w:p w14:paraId="4E0B6EC2" w14:textId="77777777" w:rsidR="00D5663A" w:rsidRPr="00F033FF" w:rsidRDefault="00D5663A" w:rsidP="00D5663A">
                      <w:p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Focus: singing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ED26955" w14:textId="73131086" w:rsidR="00D5663A" w:rsidRPr="00F033FF" w:rsidRDefault="00D5663A" w:rsidP="00D5663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Nursery rhyme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s tell stories through song</w:t>
                      </w:r>
                    </w:p>
                    <w:p w14:paraId="691FD38B" w14:textId="056CA425" w:rsidR="00D5663A" w:rsidRPr="00F033FF" w:rsidRDefault="00D5663A" w:rsidP="00D5663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Our bodies can move and make actions to music.</w:t>
                      </w:r>
                    </w:p>
                    <w:p w14:paraId="05036A78" w14:textId="4998C93A" w:rsidR="00D5663A" w:rsidRPr="00F033FF" w:rsidRDefault="00D5663A" w:rsidP="00D5663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Our bodies are an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instrument</w:t>
                      </w:r>
                    </w:p>
                    <w:p w14:paraId="6F183171" w14:textId="67AF428B" w:rsidR="00D5663A" w:rsidRPr="00F033FF" w:rsidRDefault="00D5663A" w:rsidP="00D5663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Instrument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s make sound</w:t>
                      </w:r>
                    </w:p>
                    <w:p w14:paraId="0E2DB091" w14:textId="230012BE" w:rsidR="00D5663A" w:rsidRPr="00F033FF" w:rsidRDefault="00D5663A" w:rsidP="00D5663A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Our voice is an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instrument </w:t>
                      </w:r>
                    </w:p>
                    <w:p w14:paraId="6A930090" w14:textId="6BFBBD06" w:rsidR="00142FFC" w:rsidRPr="00F033FF" w:rsidRDefault="00142FFC" w:rsidP="00142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Using different materials, tools and techniques, such as paintbrushes, crayons, pencils, sponges, collage, printing and clay to create different effects.</w:t>
                      </w:r>
                    </w:p>
                    <w:p w14:paraId="54DBD2E5" w14:textId="145A4C8B" w:rsidR="00142FFC" w:rsidRPr="00F033FF" w:rsidRDefault="00F033FF" w:rsidP="00142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Artists use different </w:t>
                      </w:r>
                      <w:proofErr w:type="spellStart"/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colours</w:t>
                      </w:r>
                      <w:proofErr w:type="spellEnd"/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to express moods, feelings and create narratives.</w:t>
                      </w:r>
                    </w:p>
                    <w:p w14:paraId="1265B40D" w14:textId="2380A0DE" w:rsidR="00935D06" w:rsidRPr="00006294" w:rsidRDefault="00935D06" w:rsidP="00D5663A">
                      <w:pPr>
                        <w:pStyle w:val="ListParagraph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33F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5C47E6E" wp14:editId="3BA504DD">
                <wp:simplePos x="0" y="0"/>
                <wp:positionH relativeFrom="margin">
                  <wp:align>left</wp:align>
                </wp:positionH>
                <wp:positionV relativeFrom="paragraph">
                  <wp:posOffset>6499225</wp:posOffset>
                </wp:positionV>
                <wp:extent cx="6697980" cy="1746250"/>
                <wp:effectExtent l="19050" t="19050" r="45720" b="444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980" cy="1746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571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AD0EF" w14:textId="77777777" w:rsidR="00935D06" w:rsidRPr="00D5663A" w:rsidRDefault="00AE239E" w:rsidP="00147253">
                            <w:pPr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>World Views</w:t>
                            </w:r>
                          </w:p>
                          <w:p w14:paraId="43122B38" w14:textId="36CEFE72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Belonging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means being accepted as part of a group.</w:t>
                            </w:r>
                          </w:p>
                          <w:p w14:paraId="2B10E859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Special clothes 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can show groups people belong to (for example school uniform).</w:t>
                            </w:r>
                          </w:p>
                          <w:p w14:paraId="396A8B7C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Some people use a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special symbol or name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to show they belong to a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religious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group.</w:t>
                            </w:r>
                          </w:p>
                          <w:p w14:paraId="1314250D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0"/>
                              <w:contextualSpacing w:val="0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Many people hold special </w:t>
                            </w:r>
                            <w:r w:rsidRPr="00D5663A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religious or non-religious ceremonies to welcome a new arrival</w:t>
                            </w: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, to help people feel like they belong.</w:t>
                            </w:r>
                          </w:p>
                          <w:p w14:paraId="688369B6" w14:textId="60BDE95D" w:rsidR="00935D06" w:rsidRPr="00757609" w:rsidRDefault="00935D06" w:rsidP="00757609">
                            <w:pPr>
                              <w:pStyle w:val="ListParagraph"/>
                              <w:ind w:left="144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5C47E6E" id="_x0000_s1028" type="#_x0000_t202" style="position:absolute;margin-left:0;margin-top:511.75pt;width:527.4pt;height:137.5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" fillcolor="#eeece1 [3214]" strokecolor="#31849b [2408]" strokeweight="4.5pt">
                <v:textbox>
                  <w:txbxContent>
                    <w:p w14:paraId="7D9AD0EF" w14:textId="77777777" w:rsidR="00935D06" w:rsidRPr="00D5663A" w:rsidRDefault="00AE239E" w:rsidP="00147253">
                      <w:pPr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5663A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>World Views</w:t>
                      </w:r>
                    </w:p>
                    <w:p w14:paraId="43122B38" w14:textId="36CEFE72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Belonging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means being accepted as part of a group.</w:t>
                      </w:r>
                    </w:p>
                    <w:p w14:paraId="2B10E859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Special clothes 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can show groups people belong to (for example school uniform).</w:t>
                      </w:r>
                    </w:p>
                    <w:p w14:paraId="396A8B7C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Some people use a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special symbol or name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to show they belong to a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religious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group.</w:t>
                      </w:r>
                    </w:p>
                    <w:p w14:paraId="1314250D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suppressAutoHyphens/>
                        <w:autoSpaceDE w:val="0"/>
                        <w:autoSpaceDN w:val="0"/>
                        <w:adjustRightInd w:val="0"/>
                        <w:spacing w:after="0"/>
                        <w:contextualSpacing w:val="0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Many people hold special </w:t>
                      </w:r>
                      <w:r w:rsidRPr="00D5663A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religious or non-religious ceremonies to welcome a new arrival</w:t>
                      </w: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, to help people feel like they belong.</w:t>
                      </w:r>
                    </w:p>
                    <w:p w14:paraId="688369B6" w14:textId="60BDE95D" w:rsidR="00935D06" w:rsidRPr="00757609" w:rsidRDefault="00935D06" w:rsidP="00757609">
                      <w:pPr>
                        <w:pStyle w:val="ListParagraph"/>
                        <w:ind w:left="144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63A">
        <w:rPr>
          <w:noProof/>
          <w:lang w:val="en-GB" w:eastAsia="en-GB"/>
        </w:rPr>
        <w:drawing>
          <wp:anchor distT="0" distB="0" distL="114300" distR="114300" simplePos="0" relativeHeight="251676672" behindDoc="1" locked="0" layoutInCell="1" allowOverlap="1" wp14:anchorId="3FBD281F" wp14:editId="496B695B">
            <wp:simplePos x="0" y="0"/>
            <wp:positionH relativeFrom="column">
              <wp:posOffset>6052185</wp:posOffset>
            </wp:positionH>
            <wp:positionV relativeFrom="paragraph">
              <wp:posOffset>3892550</wp:posOffset>
            </wp:positionV>
            <wp:extent cx="470535" cy="464820"/>
            <wp:effectExtent l="0" t="0" r="5715" b="0"/>
            <wp:wrapTight wrapText="bothSides">
              <wp:wrapPolygon edited="0">
                <wp:start x="0" y="0"/>
                <wp:lineTo x="0" y="20361"/>
                <wp:lineTo x="20988" y="20361"/>
                <wp:lineTo x="2098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4">
        <w:rPr>
          <w:noProof/>
          <w:lang w:val="en-GB" w:eastAsia="en-GB"/>
        </w:rPr>
        <w:drawing>
          <wp:anchor distT="0" distB="0" distL="114300" distR="114300" simplePos="0" relativeHeight="251692032" behindDoc="1" locked="0" layoutInCell="1" allowOverlap="1" wp14:anchorId="15FD35A9" wp14:editId="61C80608">
            <wp:simplePos x="0" y="0"/>
            <wp:positionH relativeFrom="column">
              <wp:posOffset>6271260</wp:posOffset>
            </wp:positionH>
            <wp:positionV relativeFrom="paragraph">
              <wp:posOffset>2404110</wp:posOffset>
            </wp:positionV>
            <wp:extent cx="316230" cy="335280"/>
            <wp:effectExtent l="0" t="0" r="7620" b="7620"/>
            <wp:wrapTight wrapText="bothSides">
              <wp:wrapPolygon edited="0">
                <wp:start x="0" y="0"/>
                <wp:lineTo x="0" y="20864"/>
                <wp:lineTo x="20819" y="20864"/>
                <wp:lineTo x="20819" y="0"/>
                <wp:lineTo x="0" y="0"/>
              </wp:wrapPolygon>
            </wp:wrapTight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16452" wp14:editId="4F74138F">
                <wp:simplePos x="0" y="0"/>
                <wp:positionH relativeFrom="margin">
                  <wp:posOffset>-68580</wp:posOffset>
                </wp:positionH>
                <wp:positionV relativeFrom="paragraph">
                  <wp:posOffset>163830</wp:posOffset>
                </wp:positionV>
                <wp:extent cx="6753860" cy="1943100"/>
                <wp:effectExtent l="19050" t="19050" r="4699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860" cy="1943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2B2AD2" w14:textId="478AD927" w:rsidR="00935D06" w:rsidRPr="00875244" w:rsidRDefault="004900B0" w:rsidP="007C2F4E">
                            <w:pPr>
                              <w:jc w:val="center"/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</w:pPr>
                            <w:r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>Reception</w:t>
                            </w:r>
                            <w:r w:rsidR="00935D06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 xml:space="preserve"> - </w:t>
                            </w:r>
                            <w:r w:rsidR="001379D6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>Autumn</w:t>
                            </w:r>
                            <w:r w:rsidR="00132810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 xml:space="preserve"> Term </w:t>
                            </w:r>
                            <w:r w:rsidR="001379D6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>1</w:t>
                            </w:r>
                            <w:r w:rsidR="00132810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 xml:space="preserve"> Sticky Knowledge</w:t>
                            </w:r>
                            <w:r w:rsidR="00935D06" w:rsidRPr="00875244">
                              <w:rPr>
                                <w:rFonts w:ascii="Corbel" w:hAnsi="Corbel" w:cs="Segoe UI Symbol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935D06" w:rsidRPr="00875244">
                              <w:rPr>
                                <w:rFonts w:ascii="Corbel" w:hAnsi="Corbel"/>
                                <w:noProof/>
                                <w:sz w:val="24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44C23D9A" w14:textId="5BB69805" w:rsidR="00132810" w:rsidRPr="00006294" w:rsidRDefault="00132810" w:rsidP="00132810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>At Cirencester Primary School</w:t>
                            </w:r>
                            <w:r w:rsidR="00342375"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- 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we want children to remember the most important facts, concepts and skills from each unit of learning we call this 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bCs/>
                                <w:sz w:val="24"/>
                                <w:szCs w:val="24"/>
                                <w:lang w:val="en-GB"/>
                              </w:rPr>
                              <w:t>Sticky Knowledge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. These key ideas are designed to stay in children’s long-term memory and support future learning. As we begin the 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bCs/>
                                <w:sz w:val="24"/>
                                <w:szCs w:val="24"/>
                                <w:lang w:val="en-GB"/>
                              </w:rPr>
                              <w:t>Spring Term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, 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bCs/>
                                <w:sz w:val="24"/>
                                <w:szCs w:val="24"/>
                                <w:lang w:val="en-GB"/>
                              </w:rPr>
                              <w:t>here is this term’s Sticky Knowledge</w:t>
                            </w:r>
                            <w:r w:rsidRPr="0087524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for your child. These short facts are perfect for quick chats, mini-quizzes or simple games at home. Regular revisiting helps children recall key learning, build confidence and make meaningful links between school and the wider world. Just a few minutes talking about these facts can make a big difference to your child’s learning</w:t>
                            </w:r>
                            <w:r w:rsidRPr="00006294">
                              <w:rPr>
                                <w:rFonts w:ascii="Corbel" w:eastAsia="Times New Roman" w:hAnsi="Corbel" w:cs="Times New Roman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</w:p>
                          <w:p w14:paraId="3C92A195" w14:textId="02D5C5D0" w:rsidR="00935D06" w:rsidRPr="00A14E9D" w:rsidRDefault="00935D06" w:rsidP="0079158A">
                            <w:p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3216452" id="_x0000_s1029" type="#_x0000_t202" style="position:absolute;margin-left:-5.4pt;margin-top:12.9pt;width:531.8pt;height:15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" fillcolor="#f2dbdb [661]" strokecolor="red" strokeweight="4.5pt">
                <v:textbox>
                  <w:txbxContent>
                    <w:p w14:paraId="6E2B2AD2" w14:textId="478AD927" w:rsidR="00935D06" w:rsidRPr="00875244" w:rsidRDefault="004900B0" w:rsidP="007C2F4E">
                      <w:pPr>
                        <w:jc w:val="center"/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</w:pPr>
                      <w:r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>Reception</w:t>
                      </w:r>
                      <w:r w:rsidR="00935D06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 xml:space="preserve"> - </w:t>
                      </w:r>
                      <w:r w:rsidR="001379D6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>Autumn</w:t>
                      </w:r>
                      <w:r w:rsidR="00132810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 xml:space="preserve"> Term </w:t>
                      </w:r>
                      <w:r w:rsidR="001379D6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>1</w:t>
                      </w:r>
                      <w:r w:rsidR="00132810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 xml:space="preserve"> Sticky Knowledge</w:t>
                      </w:r>
                      <w:r w:rsidR="00935D06" w:rsidRPr="00875244">
                        <w:rPr>
                          <w:rFonts w:ascii="Corbel" w:hAnsi="Corbel" w:cs="Segoe UI Symbol"/>
                          <w:b/>
                          <w:sz w:val="24"/>
                          <w:u w:val="single"/>
                        </w:rPr>
                        <w:t xml:space="preserve"> </w:t>
                      </w:r>
                      <w:r w:rsidR="00935D06" w:rsidRPr="00875244">
                        <w:rPr>
                          <w:rFonts w:ascii="Corbel" w:hAnsi="Corbel"/>
                          <w:noProof/>
                          <w:sz w:val="24"/>
                          <w:lang w:val="en-GB" w:eastAsia="en-GB"/>
                        </w:rPr>
                        <w:t xml:space="preserve"> </w:t>
                      </w:r>
                    </w:p>
                    <w:p w14:paraId="44C23D9A" w14:textId="5BB69805" w:rsidR="00132810" w:rsidRPr="00006294" w:rsidRDefault="00132810" w:rsidP="00132810">
                      <w:pPr>
                        <w:spacing w:before="100" w:beforeAutospacing="1" w:after="100" w:afterAutospacing="1" w:line="240" w:lineRule="auto"/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</w:pPr>
                      <w:r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>At Cirencester Primary School</w:t>
                      </w:r>
                      <w:r w:rsidR="00342375"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 xml:space="preserve"> - </w:t>
                      </w:r>
                      <w:r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 xml:space="preserve">we want children to remember the most important facts, concepts and skills from each unit of learning we call this </w:t>
                      </w:r>
                      <w:r w:rsidRPr="00875244">
                        <w:rPr>
                          <w:rFonts w:ascii="Corbel" w:eastAsia="Times New Roman" w:hAnsi="Corbel" w:cs="Times New Roman"/>
                          <w:bCs/>
                          <w:sz w:val="24"/>
                          <w:szCs w:val="24"/>
                          <w:lang w:val="en-GB"/>
                        </w:rPr>
                        <w:t>Sticky Knowledge</w:t>
                      </w:r>
                      <w:r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 xml:space="preserve">. These key ideas are designed to stay in children’s long-term memory and support future learning. As we begin the </w:t>
                      </w:r>
                      <w:r w:rsidRPr="00875244">
                        <w:rPr>
                          <w:rFonts w:ascii="Corbel" w:eastAsia="Times New Roman" w:hAnsi="Corbel" w:cs="Times New Roman"/>
                          <w:bCs/>
                          <w:sz w:val="24"/>
                          <w:szCs w:val="24"/>
                          <w:lang w:val="en-GB"/>
                        </w:rPr>
                        <w:t>Spring Term</w:t>
                      </w:r>
                      <w:r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 xml:space="preserve">, </w:t>
                      </w:r>
                      <w:r w:rsidRPr="00875244">
                        <w:rPr>
                          <w:rFonts w:ascii="Corbel" w:eastAsia="Times New Roman" w:hAnsi="Corbel" w:cs="Times New Roman"/>
                          <w:bCs/>
                          <w:sz w:val="24"/>
                          <w:szCs w:val="24"/>
                          <w:lang w:val="en-GB"/>
                        </w:rPr>
                        <w:t>here is this term’s Sticky Knowledge</w:t>
                      </w:r>
                      <w:r w:rsidRPr="0087524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 xml:space="preserve"> for your child. These short facts are perfect for quick chats, mini-quizzes or simple games at home. Regular revisiting helps children recall key learning, build confidence and make meaningful links between school and the wider world. Just a few minutes talking about these facts can make a big difference to your child’s learning</w:t>
                      </w:r>
                      <w:r w:rsidRPr="00006294">
                        <w:rPr>
                          <w:rFonts w:ascii="Corbel" w:eastAsia="Times New Roman" w:hAnsi="Corbel" w:cs="Times New Roman"/>
                          <w:sz w:val="24"/>
                          <w:szCs w:val="24"/>
                          <w:lang w:val="en-GB"/>
                        </w:rPr>
                        <w:t>.</w:t>
                      </w:r>
                    </w:p>
                    <w:p w14:paraId="3C92A195" w14:textId="02D5C5D0" w:rsidR="00935D06" w:rsidRPr="00A14E9D" w:rsidRDefault="00935D06" w:rsidP="0079158A">
                      <w:pPr>
                        <w:spacing w:line="240" w:lineRule="auto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F4E">
        <w:rPr>
          <w:noProof/>
          <w:lang w:val="en-GB" w:eastAsia="en-GB"/>
        </w:rPr>
        <w:drawing>
          <wp:anchor distT="0" distB="0" distL="114300" distR="114300" simplePos="0" relativeHeight="251695104" behindDoc="1" locked="0" layoutInCell="1" allowOverlap="1" wp14:anchorId="6FB35BA9" wp14:editId="6B3F26F3">
            <wp:simplePos x="0" y="0"/>
            <wp:positionH relativeFrom="column">
              <wp:posOffset>6199505</wp:posOffset>
            </wp:positionH>
            <wp:positionV relativeFrom="paragraph">
              <wp:posOffset>251460</wp:posOffset>
            </wp:positionV>
            <wp:extent cx="272415" cy="226695"/>
            <wp:effectExtent l="0" t="0" r="0" b="1905"/>
            <wp:wrapTight wrapText="bothSides">
              <wp:wrapPolygon edited="0">
                <wp:start x="0" y="0"/>
                <wp:lineTo x="0" y="19966"/>
                <wp:lineTo x="19636" y="19966"/>
                <wp:lineTo x="19636" y="0"/>
                <wp:lineTo x="0" y="0"/>
              </wp:wrapPolygon>
            </wp:wrapTight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" cy="22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F4E" w:rsidRPr="007C2F4E">
        <w:rPr>
          <w:rFonts w:ascii="Century Gothic" w:hAnsi="Century Gothic"/>
          <w:b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94080" behindDoc="1" locked="0" layoutInCell="1" allowOverlap="1" wp14:anchorId="26C045BF" wp14:editId="39406F54">
            <wp:simplePos x="0" y="0"/>
            <wp:positionH relativeFrom="column">
              <wp:posOffset>165735</wp:posOffset>
            </wp:positionH>
            <wp:positionV relativeFrom="paragraph">
              <wp:posOffset>217170</wp:posOffset>
            </wp:positionV>
            <wp:extent cx="258445" cy="261620"/>
            <wp:effectExtent l="0" t="0" r="8255" b="5080"/>
            <wp:wrapTight wrapText="bothSides">
              <wp:wrapPolygon edited="0">
                <wp:start x="0" y="0"/>
                <wp:lineTo x="0" y="20447"/>
                <wp:lineTo x="20698" y="20447"/>
                <wp:lineTo x="2069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5" cy="26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E86FB" w14:textId="5474E49A" w:rsidR="00563DBE" w:rsidRPr="00563DBE" w:rsidRDefault="00F033FF" w:rsidP="00563DBE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685A9CC0" wp14:editId="27A170A2">
                <wp:simplePos x="0" y="0"/>
                <wp:positionH relativeFrom="margin">
                  <wp:posOffset>-279400</wp:posOffset>
                </wp:positionH>
                <wp:positionV relativeFrom="paragraph">
                  <wp:posOffset>4897120</wp:posOffset>
                </wp:positionV>
                <wp:extent cx="6844030" cy="2266950"/>
                <wp:effectExtent l="19050" t="19050" r="33020" b="38100"/>
                <wp:wrapTight wrapText="bothSides">
                  <wp:wrapPolygon edited="0">
                    <wp:start x="-60" y="-182"/>
                    <wp:lineTo x="-60" y="21782"/>
                    <wp:lineTo x="21644" y="21782"/>
                    <wp:lineTo x="21644" y="-182"/>
                    <wp:lineTo x="-60" y="-182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2266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2A864" w14:textId="14978C03" w:rsidR="00D5663A" w:rsidRPr="00D5663A" w:rsidRDefault="00D5663A" w:rsidP="00D5663A">
                            <w:p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  <w:r w:rsidR="00747910"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</w:t>
                            </w:r>
                            <w:r w:rsidR="00747910">
                              <w:rPr>
                                <w:noProof/>
                              </w:rPr>
                              <w:drawing>
                                <wp:inline distT="0" distB="0" distL="0" distR="0" wp14:anchorId="06715DD4" wp14:editId="46293DE5">
                                  <wp:extent cx="470535" cy="464820"/>
                                  <wp:effectExtent l="0" t="0" r="5715" b="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535" cy="464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F7E712" w14:textId="67B202C8" w:rsidR="00D5663A" w:rsidRPr="00D5663A" w:rsidRDefault="00D5663A" w:rsidP="00D5663A">
                            <w:pPr>
                              <w:rPr>
                                <w:rFonts w:ascii="Corbel" w:hAnsi="Corbe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  <w:u w:val="single"/>
                              </w:rPr>
                              <w:t xml:space="preserve">First PE </w:t>
                            </w:r>
                          </w:p>
                          <w:p w14:paraId="31DB92CF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-It is important to find a safe space in the hall/area on your own </w:t>
                            </w:r>
                          </w:p>
                          <w:p w14:paraId="0B27D765" w14:textId="6DE2D393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-When moving, try and find a space that you can run, hop, skip and jog into</w:t>
                            </w:r>
                          </w:p>
                          <w:p w14:paraId="127EF7FD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-When moving around, look out for your friends</w:t>
                            </w:r>
                          </w:p>
                          <w:p w14:paraId="2BFC6487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-When catching, spread your fingers as wide as possible</w:t>
                            </w:r>
                          </w:p>
                          <w:p w14:paraId="0CA94AB0" w14:textId="77777777" w:rsidR="00D5663A" w:rsidRPr="00D5663A" w:rsidRDefault="00D5663A" w:rsidP="00D5663A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D5663A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-Make a basket with your hands to catch a ball/object</w:t>
                            </w:r>
                          </w:p>
                          <w:p w14:paraId="5DA41E6D" w14:textId="77777777" w:rsidR="00D5663A" w:rsidRPr="00D5663A" w:rsidRDefault="00D5663A" w:rsidP="00D5663A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C3024A5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5DFAC11B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7CF09B0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5CB39FD2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20710EE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14216BE8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6135570E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5659A1A1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479A8CC2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0F16BE34" w14:textId="77777777" w:rsidR="00D5663A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68B8E8E" w14:textId="77777777" w:rsidR="00D5663A" w:rsidRPr="00151E0F" w:rsidRDefault="00D5663A" w:rsidP="00D5663A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85A9CC0" id="_x0000_s1030" type="#_x0000_t202" style="position:absolute;margin-left:-22pt;margin-top:385.6pt;width:538.9pt;height:178.5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" fillcolor="#dbe5f1 [660]" strokecolor="#e36c0a [2409]" strokeweight="4.5pt">
                <v:textbox>
                  <w:txbxContent>
                    <w:p w14:paraId="28B2A864" w14:textId="14978C03" w:rsidR="00D5663A" w:rsidRPr="00D5663A" w:rsidRDefault="00D5663A" w:rsidP="00D5663A">
                      <w:p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5663A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>PE</w:t>
                      </w:r>
                      <w:r w:rsidR="00747910">
                        <w:rPr>
                          <w:noProof/>
                        </w:rPr>
                        <w:t xml:space="preserve">                                                                                                                                                                                              </w:t>
                      </w:r>
                      <w:r w:rsidR="00747910">
                        <w:rPr>
                          <w:noProof/>
                        </w:rPr>
                        <w:drawing>
                          <wp:inline distT="0" distB="0" distL="0" distR="0" wp14:anchorId="06715DD4" wp14:editId="46293DE5">
                            <wp:extent cx="470535" cy="464820"/>
                            <wp:effectExtent l="0" t="0" r="5715" b="0"/>
                            <wp:docPr id="15" name="Picture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535" cy="464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F7E712" w14:textId="67B202C8" w:rsidR="00D5663A" w:rsidRPr="00D5663A" w:rsidRDefault="00D5663A" w:rsidP="00D5663A">
                      <w:pPr>
                        <w:rPr>
                          <w:rFonts w:ascii="Corbel" w:hAnsi="Corbel"/>
                          <w:sz w:val="24"/>
                          <w:szCs w:val="24"/>
                          <w:u w:val="single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  <w:u w:val="single"/>
                        </w:rPr>
                        <w:t xml:space="preserve">First PE </w:t>
                      </w:r>
                    </w:p>
                    <w:p w14:paraId="31DB92CF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-It is important to find a safe space in the hall/area on your own </w:t>
                      </w:r>
                    </w:p>
                    <w:p w14:paraId="0B27D765" w14:textId="6DE2D393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-When moving, try and find a space that you can run, hop, skip and jog into</w:t>
                      </w:r>
                    </w:p>
                    <w:p w14:paraId="127EF7FD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-When moving around, look out for your friends</w:t>
                      </w:r>
                    </w:p>
                    <w:p w14:paraId="2BFC6487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-When catching, spread your fingers as wide as possible</w:t>
                      </w:r>
                    </w:p>
                    <w:p w14:paraId="0CA94AB0" w14:textId="77777777" w:rsidR="00D5663A" w:rsidRPr="00D5663A" w:rsidRDefault="00D5663A" w:rsidP="00D5663A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D5663A">
                        <w:rPr>
                          <w:rFonts w:ascii="Corbel" w:hAnsi="Corbel"/>
                          <w:sz w:val="24"/>
                          <w:szCs w:val="24"/>
                        </w:rPr>
                        <w:t>-Make a basket with your hands to catch a ball/object</w:t>
                      </w:r>
                    </w:p>
                    <w:p w14:paraId="5DA41E6D" w14:textId="77777777" w:rsidR="00D5663A" w:rsidRPr="00D5663A" w:rsidRDefault="00D5663A" w:rsidP="00D5663A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C3024A5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5DFAC11B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7CF09B0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5CB39FD2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20710EE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14216BE8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6135570E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5659A1A1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479A8CC2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0F16BE34" w14:textId="77777777" w:rsidR="00D5663A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68B8E8E" w14:textId="77777777" w:rsidR="00D5663A" w:rsidRPr="00151E0F" w:rsidRDefault="00D5663A" w:rsidP="00D5663A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700224" behindDoc="1" locked="0" layoutInCell="1" allowOverlap="1" wp14:anchorId="28299982" wp14:editId="0166A9F8">
            <wp:simplePos x="0" y="0"/>
            <wp:positionH relativeFrom="margin">
              <wp:posOffset>6009640</wp:posOffset>
            </wp:positionH>
            <wp:positionV relativeFrom="paragraph">
              <wp:posOffset>2651760</wp:posOffset>
            </wp:positionV>
            <wp:extent cx="422910" cy="396240"/>
            <wp:effectExtent l="0" t="0" r="0" b="3810"/>
            <wp:wrapTight wrapText="bothSides">
              <wp:wrapPolygon edited="0">
                <wp:start x="0" y="0"/>
                <wp:lineTo x="0" y="20769"/>
                <wp:lineTo x="20432" y="20769"/>
                <wp:lineTo x="20432" y="0"/>
                <wp:lineTo x="0" y="0"/>
              </wp:wrapPolygon>
            </wp:wrapTight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62F8512" wp14:editId="6C46F822">
                <wp:simplePos x="0" y="0"/>
                <wp:positionH relativeFrom="margin">
                  <wp:posOffset>-311150</wp:posOffset>
                </wp:positionH>
                <wp:positionV relativeFrom="paragraph">
                  <wp:posOffset>2572385</wp:posOffset>
                </wp:positionV>
                <wp:extent cx="6844030" cy="2118360"/>
                <wp:effectExtent l="19050" t="19050" r="33020" b="34290"/>
                <wp:wrapTight wrapText="bothSides">
                  <wp:wrapPolygon edited="0">
                    <wp:start x="-60" y="-194"/>
                    <wp:lineTo x="-60" y="21755"/>
                    <wp:lineTo x="21644" y="21755"/>
                    <wp:lineTo x="21644" y="-194"/>
                    <wp:lineTo x="-60" y="-194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21183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75B40" w14:textId="1116E725" w:rsidR="004D50E8" w:rsidRDefault="00935D06" w:rsidP="00147253">
                            <w:p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1531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36AE3528" w14:textId="173D96E3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Learning about our body parts (eyes, ears and hair).</w:t>
                            </w:r>
                          </w:p>
                          <w:p w14:paraId="5197527A" w14:textId="39DC3ABF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Learni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ng about our body parts (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mouth, nose and chest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0185BF67" w14:textId="482866C5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Learning about our body parts (arms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leg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50FB6550" w14:textId="31830E94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Learning about our body parts (hands and feet).</w:t>
                            </w:r>
                          </w:p>
                          <w:p w14:paraId="5618632E" w14:textId="10376FBB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A01531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Discovering how our bodies change.</w:t>
                            </w:r>
                          </w:p>
                          <w:p w14:paraId="10F7FD8E" w14:textId="110F442A" w:rsidR="00A01531" w:rsidRPr="00A01531" w:rsidRDefault="00A01531" w:rsidP="00A01531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240" w:lineRule="auto"/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A01531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Exploring the similarities and differences and how we are all unique</w:t>
                            </w:r>
                            <w: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8BE8BA" w14:textId="77777777" w:rsidR="00A01531" w:rsidRPr="00A01531" w:rsidRDefault="00A01531" w:rsidP="00A01531">
                            <w:pPr>
                              <w:pStyle w:val="ListParagraph"/>
                              <w:spacing w:line="240" w:lineRule="auto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ADA7B5E" w14:textId="4420D59A" w:rsidR="009E6EF2" w:rsidRDefault="009E6EF2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AAF52E8" w14:textId="730C5F93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CBB8DAD" w14:textId="023708AF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1454C518" w14:textId="1319E0F2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62D7695F" w14:textId="7CF249F5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60C4425" w14:textId="4F9F414B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2B98ABD8" w14:textId="1B054FE4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5D6B02D" w14:textId="083179BB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6D17A411" w14:textId="3EFE15AA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491ED68" w14:textId="5D4D6FAB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EC1D87F" w14:textId="6D9B771F" w:rsidR="00D5663A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0035CB30" w14:textId="77777777" w:rsidR="00D5663A" w:rsidRPr="00151E0F" w:rsidRDefault="00D5663A" w:rsidP="00BE2760">
                            <w:pPr>
                              <w:pStyle w:val="ListParagraph"/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F851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24.5pt;margin-top:202.55pt;width:538.9pt;height:166.8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" fillcolor="#dbe5f1 [660]" strokecolor="#00b0f0" strokeweight="4.5pt">
                <v:textbox>
                  <w:txbxContent>
                    <w:p w14:paraId="0CC75B40" w14:textId="1116E725" w:rsidR="004D50E8" w:rsidRDefault="00935D06" w:rsidP="00147253">
                      <w:p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01531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36AE3528" w14:textId="173D96E3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Learning about our body parts (eyes, ears and hair).</w:t>
                      </w:r>
                    </w:p>
                    <w:p w14:paraId="5197527A" w14:textId="39DC3ABF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Learni</w:t>
                      </w:r>
                      <w:bookmarkStart w:id="1" w:name="_GoBack"/>
                      <w:bookmarkEnd w:id="1"/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ng about our body parts (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mouth, nose and chest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).</w:t>
                      </w:r>
                    </w:p>
                    <w:p w14:paraId="0185BF67" w14:textId="482866C5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Learning about our body parts (arms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and 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leg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).</w:t>
                      </w:r>
                    </w:p>
                    <w:p w14:paraId="50FB6550" w14:textId="31830E94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Learning about our body parts (hands and feet).</w:t>
                      </w:r>
                    </w:p>
                    <w:p w14:paraId="5618632E" w14:textId="10376FBB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A01531">
                        <w:rPr>
                          <w:rFonts w:ascii="Corbel" w:hAnsi="Corbel"/>
                          <w:sz w:val="24"/>
                          <w:szCs w:val="24"/>
                        </w:rPr>
                        <w:t>Discovering how our bodies change.</w:t>
                      </w:r>
                    </w:p>
                    <w:p w14:paraId="10F7FD8E" w14:textId="110F442A" w:rsidR="00A01531" w:rsidRPr="00A01531" w:rsidRDefault="00A01531" w:rsidP="00A01531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line="240" w:lineRule="auto"/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A01531">
                        <w:rPr>
                          <w:rFonts w:ascii="Corbel" w:hAnsi="Corbel"/>
                          <w:sz w:val="24"/>
                          <w:szCs w:val="24"/>
                        </w:rPr>
                        <w:t>Exploring the similarities and differences and how we are all unique</w:t>
                      </w:r>
                      <w:r>
                        <w:rPr>
                          <w:rFonts w:ascii="Corbel" w:hAnsi="Corbel"/>
                          <w:sz w:val="24"/>
                          <w:szCs w:val="24"/>
                        </w:rPr>
                        <w:t>.</w:t>
                      </w:r>
                    </w:p>
                    <w:p w14:paraId="318BE8BA" w14:textId="77777777" w:rsidR="00A01531" w:rsidRPr="00A01531" w:rsidRDefault="00A01531" w:rsidP="00A01531">
                      <w:pPr>
                        <w:pStyle w:val="ListParagraph"/>
                        <w:spacing w:line="240" w:lineRule="auto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6ADA7B5E" w14:textId="4420D59A" w:rsidR="009E6EF2" w:rsidRDefault="009E6EF2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AAF52E8" w14:textId="730C5F93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CBB8DAD" w14:textId="023708AF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1454C518" w14:textId="1319E0F2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62D7695F" w14:textId="7CF249F5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60C4425" w14:textId="4F9F414B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2B98ABD8" w14:textId="1B054FE4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5D6B02D" w14:textId="083179BB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6D17A411" w14:textId="3EFE15AA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491ED68" w14:textId="5D4D6FAB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EC1D87F" w14:textId="6D9B771F" w:rsidR="00D5663A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0035CB30" w14:textId="77777777" w:rsidR="00D5663A" w:rsidRPr="00151E0F" w:rsidRDefault="00D5663A" w:rsidP="00BE2760">
                      <w:pPr>
                        <w:pStyle w:val="ListParagraph"/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703296" behindDoc="1" locked="0" layoutInCell="1" allowOverlap="1" wp14:anchorId="27A004A2" wp14:editId="294E971B">
            <wp:simplePos x="0" y="0"/>
            <wp:positionH relativeFrom="column">
              <wp:posOffset>6060440</wp:posOffset>
            </wp:positionH>
            <wp:positionV relativeFrom="paragraph">
              <wp:posOffset>459740</wp:posOffset>
            </wp:positionV>
            <wp:extent cx="430530" cy="425450"/>
            <wp:effectExtent l="0" t="0" r="7620" b="0"/>
            <wp:wrapTight wrapText="bothSides">
              <wp:wrapPolygon edited="0">
                <wp:start x="0" y="0"/>
                <wp:lineTo x="0" y="20310"/>
                <wp:lineTo x="21027" y="20310"/>
                <wp:lineTo x="2102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6636C616" wp14:editId="0ADBEDCC">
                <wp:simplePos x="0" y="0"/>
                <wp:positionH relativeFrom="margin">
                  <wp:align>right</wp:align>
                </wp:positionH>
                <wp:positionV relativeFrom="paragraph">
                  <wp:posOffset>337185</wp:posOffset>
                </wp:positionV>
                <wp:extent cx="6911340" cy="1943100"/>
                <wp:effectExtent l="19050" t="19050" r="41910" b="381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340" cy="1943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35309" w14:textId="76988C6A" w:rsidR="00F975EE" w:rsidRPr="00F033FF" w:rsidRDefault="00F975EE" w:rsidP="004B17BE">
                            <w:pPr>
                              <w:pStyle w:val="ListParagraph"/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Life skills </w:t>
                            </w:r>
                            <w:r w:rsidR="00C45CC5" w:rsidRPr="00F033FF">
                              <w:rPr>
                                <w:rFonts w:ascii="Corbel" w:hAnsi="Corbe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 w14:paraId="5992C275" w14:textId="77777777" w:rsidR="001379D6" w:rsidRPr="00F033FF" w:rsidRDefault="001379D6" w:rsidP="00FF38F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Class rules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help to keep everyone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happy and safe.</w:t>
                            </w:r>
                          </w:p>
                          <w:p w14:paraId="17019DA8" w14:textId="77777777" w:rsidR="001379D6" w:rsidRPr="00F033FF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It is important and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kind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to be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respectful.</w:t>
                            </w:r>
                          </w:p>
                          <w:p w14:paraId="0077C02D" w14:textId="77777777" w:rsidR="001379D6" w:rsidRPr="00F033FF" w:rsidRDefault="001379D6" w:rsidP="001349F2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Being respectful can show others how you want to be treated.</w:t>
                            </w:r>
                          </w:p>
                          <w:p w14:paraId="7E107C26" w14:textId="77777777" w:rsidR="001379D6" w:rsidRPr="00F033FF" w:rsidRDefault="001379D6" w:rsidP="00800FA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There are many signs of good friendships.</w:t>
                            </w:r>
                          </w:p>
                          <w:p w14:paraId="215A6886" w14:textId="77777777" w:rsidR="001379D6" w:rsidRPr="00F033FF" w:rsidRDefault="001379D6" w:rsidP="00264721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Friends use 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good manners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with each other and grown-ups.</w:t>
                            </w:r>
                          </w:p>
                          <w:p w14:paraId="21500A2D" w14:textId="77777777" w:rsidR="001379D6" w:rsidRPr="00F033FF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Everyone has interests and needs;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ours are not always the same as others.</w:t>
                            </w:r>
                          </w:p>
                          <w:p w14:paraId="54312C54" w14:textId="4CC61A5D" w:rsidR="00F975EE" w:rsidRPr="00F033FF" w:rsidRDefault="001379D6" w:rsidP="001379D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>We can</w:t>
                            </w:r>
                            <w:r w:rsidRPr="00F033FF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help</w:t>
                            </w:r>
                            <w:r w:rsidRPr="00F033FF"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  <w:t xml:space="preserve"> each other.</w:t>
                            </w:r>
                          </w:p>
                          <w:p w14:paraId="66EE2CF0" w14:textId="544735A1" w:rsidR="00D5663A" w:rsidRPr="00F033FF" w:rsidRDefault="00D5663A" w:rsidP="00D5663A">
                            <w:pPr>
                              <w:rPr>
                                <w:rFonts w:ascii="Corbel" w:hAnsi="Corbel"/>
                                <w:sz w:val="24"/>
                                <w:szCs w:val="24"/>
                              </w:rPr>
                            </w:pPr>
                          </w:p>
                          <w:p w14:paraId="4AE14AD6" w14:textId="77777777" w:rsidR="00D5663A" w:rsidRPr="00D5663A" w:rsidRDefault="00D5663A" w:rsidP="00D5663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636C616" id="_x0000_s1032" type="#_x0000_t202" style="position:absolute;margin-left:493pt;margin-top:26.55pt;width:544.2pt;height:153pt;z-index:-251614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" fillcolor="#f2dbdb [661]" strokecolor="#c00000" strokeweight="4.5pt">
                <v:textbox>
                  <w:txbxContent>
                    <w:p w14:paraId="1F935309" w14:textId="76988C6A" w:rsidR="00F975EE" w:rsidRPr="00F033FF" w:rsidRDefault="00F975EE" w:rsidP="004B17BE">
                      <w:pPr>
                        <w:pStyle w:val="ListParagraph"/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033FF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 xml:space="preserve">Life skills </w:t>
                      </w:r>
                      <w:r w:rsidR="00C45CC5" w:rsidRPr="00F033FF">
                        <w:rPr>
                          <w:rFonts w:ascii="Corbel" w:hAnsi="Corbel"/>
                          <w:b/>
                          <w:sz w:val="24"/>
                          <w:szCs w:val="24"/>
                          <w:u w:val="single"/>
                        </w:rPr>
                        <w:t xml:space="preserve">                                                                                                                                                                                      </w:t>
                      </w:r>
                    </w:p>
                    <w:p w14:paraId="5992C275" w14:textId="77777777" w:rsidR="001379D6" w:rsidRPr="00F033FF" w:rsidRDefault="001379D6" w:rsidP="00FF38F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Class rules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help to keep everyone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happy and safe.</w:t>
                      </w:r>
                    </w:p>
                    <w:p w14:paraId="17019DA8" w14:textId="77777777" w:rsidR="001379D6" w:rsidRPr="00F033FF" w:rsidRDefault="001379D6" w:rsidP="001379D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It is important and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kind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to be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respectful.</w:t>
                      </w:r>
                    </w:p>
                    <w:p w14:paraId="0077C02D" w14:textId="77777777" w:rsidR="001379D6" w:rsidRPr="00F033FF" w:rsidRDefault="001379D6" w:rsidP="001349F2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B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eing respectful can show others how you want to be treated.</w:t>
                      </w:r>
                    </w:p>
                    <w:p w14:paraId="7E107C26" w14:textId="77777777" w:rsidR="001379D6" w:rsidRPr="00F033FF" w:rsidRDefault="001379D6" w:rsidP="00800FA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There are many signs of good friendships.</w:t>
                      </w:r>
                    </w:p>
                    <w:p w14:paraId="215A6886" w14:textId="77777777" w:rsidR="001379D6" w:rsidRPr="00F033FF" w:rsidRDefault="001379D6" w:rsidP="00264721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Friends use 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good manners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with each other and grown-ups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.</w:t>
                      </w:r>
                    </w:p>
                    <w:p w14:paraId="21500A2D" w14:textId="77777777" w:rsidR="001379D6" w:rsidRPr="00F033FF" w:rsidRDefault="001379D6" w:rsidP="001379D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Everyone has interests and needs;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ours are not always the same as others.</w:t>
                      </w:r>
                    </w:p>
                    <w:p w14:paraId="54312C54" w14:textId="4CC61A5D" w:rsidR="00F975EE" w:rsidRPr="00F033FF" w:rsidRDefault="001379D6" w:rsidP="001379D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W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>e can</w:t>
                      </w:r>
                      <w:r w:rsidRPr="00F033FF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 help</w:t>
                      </w:r>
                      <w:r w:rsidRPr="00F033FF">
                        <w:rPr>
                          <w:rFonts w:ascii="Corbel" w:hAnsi="Corbel"/>
                          <w:sz w:val="24"/>
                          <w:szCs w:val="24"/>
                        </w:rPr>
                        <w:t xml:space="preserve"> each other.</w:t>
                      </w:r>
                    </w:p>
                    <w:p w14:paraId="66EE2CF0" w14:textId="544735A1" w:rsidR="00D5663A" w:rsidRPr="00F033FF" w:rsidRDefault="00D5663A" w:rsidP="00D5663A">
                      <w:pPr>
                        <w:rPr>
                          <w:rFonts w:ascii="Corbel" w:hAnsi="Corbel"/>
                          <w:sz w:val="24"/>
                          <w:szCs w:val="24"/>
                        </w:rPr>
                      </w:pPr>
                    </w:p>
                    <w:p w14:paraId="4AE14AD6" w14:textId="77777777" w:rsidR="00D5663A" w:rsidRPr="00D5663A" w:rsidRDefault="00D5663A" w:rsidP="00D5663A">
                      <w:p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63DBE" w:rsidRPr="00563DBE" w:rsidSect="00F768DA">
      <w:headerReference w:type="default" r:id="rId1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C7D97" w14:textId="77777777" w:rsidR="00E63287" w:rsidRDefault="00E63287" w:rsidP="00563DBE">
      <w:pPr>
        <w:spacing w:after="0" w:line="240" w:lineRule="auto"/>
      </w:pPr>
      <w:r>
        <w:separator/>
      </w:r>
    </w:p>
  </w:endnote>
  <w:endnote w:type="continuationSeparator" w:id="0">
    <w:p w14:paraId="31992834" w14:textId="77777777" w:rsidR="00E63287" w:rsidRDefault="00E63287" w:rsidP="00563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37270" w14:textId="77777777" w:rsidR="00E63287" w:rsidRDefault="00E63287" w:rsidP="00563DBE">
      <w:pPr>
        <w:spacing w:after="0" w:line="240" w:lineRule="auto"/>
      </w:pPr>
      <w:r>
        <w:separator/>
      </w:r>
    </w:p>
  </w:footnote>
  <w:footnote w:type="continuationSeparator" w:id="0">
    <w:p w14:paraId="7D340A56" w14:textId="77777777" w:rsidR="00E63287" w:rsidRDefault="00E63287" w:rsidP="00563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B414F" w14:textId="77777777" w:rsidR="00935D06" w:rsidRDefault="008528FF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6B196B02" wp14:editId="492B2A5B">
          <wp:simplePos x="0" y="0"/>
          <wp:positionH relativeFrom="column">
            <wp:posOffset>6196330</wp:posOffset>
          </wp:positionH>
          <wp:positionV relativeFrom="paragraph">
            <wp:posOffset>-363855</wp:posOffset>
          </wp:positionV>
          <wp:extent cx="610235" cy="609600"/>
          <wp:effectExtent l="0" t="0" r="0" b="0"/>
          <wp:wrapTight wrapText="bothSides">
            <wp:wrapPolygon edited="0">
              <wp:start x="5394" y="0"/>
              <wp:lineTo x="0" y="4050"/>
              <wp:lineTo x="0" y="17550"/>
              <wp:lineTo x="5394" y="20925"/>
              <wp:lineTo x="15509" y="20925"/>
              <wp:lineTo x="20903" y="17550"/>
              <wp:lineTo x="20903" y="4050"/>
              <wp:lineTo x="15509" y="0"/>
              <wp:lineTo x="5394" y="0"/>
            </wp:wrapPolygon>
          </wp:wrapTight>
          <wp:docPr id="9" name="Picture 9" descr="C:\Users\SHooper\Desktop\Cirencester Primary School logo (1)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Hooper\Desktop\Cirencester Primary School logo (1)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3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5D06"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1804BE00" wp14:editId="08F9D0C8">
          <wp:simplePos x="0" y="0"/>
          <wp:positionH relativeFrom="page">
            <wp:align>right</wp:align>
          </wp:positionH>
          <wp:positionV relativeFrom="paragraph">
            <wp:posOffset>-476250</wp:posOffset>
          </wp:positionV>
          <wp:extent cx="8820150" cy="721995"/>
          <wp:effectExtent l="0" t="0" r="0" b="1905"/>
          <wp:wrapTight wrapText="bothSides">
            <wp:wrapPolygon edited="0">
              <wp:start x="0" y="0"/>
              <wp:lineTo x="0" y="21087"/>
              <wp:lineTo x="467" y="21087"/>
              <wp:lineTo x="1073" y="21087"/>
              <wp:lineTo x="5412" y="18807"/>
              <wp:lineTo x="15489" y="10259"/>
              <wp:lineTo x="15489" y="9119"/>
              <wp:lineTo x="21553" y="5129"/>
              <wp:lineTo x="21553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721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5D06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72CB46C5" wp14:editId="7B66E3A8">
          <wp:simplePos x="0" y="0"/>
          <wp:positionH relativeFrom="column">
            <wp:posOffset>13554075</wp:posOffset>
          </wp:positionH>
          <wp:positionV relativeFrom="paragraph">
            <wp:posOffset>-177165</wp:posOffset>
          </wp:positionV>
          <wp:extent cx="692778" cy="691563"/>
          <wp:effectExtent l="0" t="0" r="0" b="0"/>
          <wp:wrapTight wrapText="bothSides">
            <wp:wrapPolygon edited="0">
              <wp:start x="5350" y="0"/>
              <wp:lineTo x="0" y="4165"/>
              <wp:lineTo x="0" y="15471"/>
              <wp:lineTo x="2378" y="19041"/>
              <wp:lineTo x="5350" y="20826"/>
              <wp:lineTo x="5945" y="20826"/>
              <wp:lineTo x="14862" y="20826"/>
              <wp:lineTo x="18429" y="19041"/>
              <wp:lineTo x="20807" y="15471"/>
              <wp:lineTo x="20807" y="4165"/>
              <wp:lineTo x="15457" y="0"/>
              <wp:lineTo x="5350" y="0"/>
            </wp:wrapPolygon>
          </wp:wrapTight>
          <wp:docPr id="8" name="Picture 8" descr="C:\Users\SHooper\Desktop\Cirencester Primary School logo (1)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Hooper\Desktop\Cirencester Primary School logo (1)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778" cy="691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3E709C"/>
    <w:multiLevelType w:val="hybridMultilevel"/>
    <w:tmpl w:val="9B742BF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07F45A18"/>
    <w:multiLevelType w:val="hybridMultilevel"/>
    <w:tmpl w:val="4D484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5F7152"/>
    <w:multiLevelType w:val="hybridMultilevel"/>
    <w:tmpl w:val="C928A5F4"/>
    <w:lvl w:ilvl="0" w:tplc="887A15F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DBB0144"/>
    <w:multiLevelType w:val="hybridMultilevel"/>
    <w:tmpl w:val="EB4A3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B6236E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024C9"/>
    <w:multiLevelType w:val="hybridMultilevel"/>
    <w:tmpl w:val="E1A28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B661E"/>
    <w:multiLevelType w:val="hybridMultilevel"/>
    <w:tmpl w:val="D5549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32119"/>
    <w:multiLevelType w:val="hybridMultilevel"/>
    <w:tmpl w:val="C5D8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7D16B3"/>
    <w:multiLevelType w:val="hybridMultilevel"/>
    <w:tmpl w:val="2E223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914A17"/>
    <w:multiLevelType w:val="hybridMultilevel"/>
    <w:tmpl w:val="E2F0D1B6"/>
    <w:lvl w:ilvl="0" w:tplc="BE880846">
      <w:numFmt w:val="bullet"/>
      <w:lvlText w:val="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513F9"/>
    <w:multiLevelType w:val="hybridMultilevel"/>
    <w:tmpl w:val="C4C08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1E943C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FA3BF7"/>
    <w:multiLevelType w:val="multilevel"/>
    <w:tmpl w:val="796C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DA7C35"/>
    <w:multiLevelType w:val="hybridMultilevel"/>
    <w:tmpl w:val="BB6CC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02116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71468"/>
    <w:multiLevelType w:val="hybridMultilevel"/>
    <w:tmpl w:val="477AA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4E47E1"/>
    <w:multiLevelType w:val="hybridMultilevel"/>
    <w:tmpl w:val="5596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4079BC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006D4F"/>
    <w:multiLevelType w:val="hybridMultilevel"/>
    <w:tmpl w:val="9A342E0E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360A64E1"/>
    <w:multiLevelType w:val="hybridMultilevel"/>
    <w:tmpl w:val="CCA80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620471"/>
    <w:multiLevelType w:val="hybridMultilevel"/>
    <w:tmpl w:val="3F8E9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53AB7"/>
    <w:multiLevelType w:val="hybridMultilevel"/>
    <w:tmpl w:val="59709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2D7456"/>
    <w:multiLevelType w:val="hybridMultilevel"/>
    <w:tmpl w:val="073E3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3E30AA"/>
    <w:multiLevelType w:val="hybridMultilevel"/>
    <w:tmpl w:val="489E2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C4002C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1F1139"/>
    <w:multiLevelType w:val="hybridMultilevel"/>
    <w:tmpl w:val="3F341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20685C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DE3550"/>
    <w:multiLevelType w:val="hybridMultilevel"/>
    <w:tmpl w:val="172AF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1323F3"/>
    <w:multiLevelType w:val="multilevel"/>
    <w:tmpl w:val="BE72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76369E2"/>
    <w:multiLevelType w:val="hybridMultilevel"/>
    <w:tmpl w:val="9E7C9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B6114F"/>
    <w:multiLevelType w:val="hybridMultilevel"/>
    <w:tmpl w:val="937EB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F605F8"/>
    <w:multiLevelType w:val="hybridMultilevel"/>
    <w:tmpl w:val="6CB85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A85064"/>
    <w:multiLevelType w:val="hybridMultilevel"/>
    <w:tmpl w:val="ABF088EC"/>
    <w:lvl w:ilvl="0" w:tplc="BE880846">
      <w:numFmt w:val="bullet"/>
      <w:lvlText w:val="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39541C"/>
    <w:multiLevelType w:val="hybridMultilevel"/>
    <w:tmpl w:val="EF74E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86C51"/>
    <w:multiLevelType w:val="hybridMultilevel"/>
    <w:tmpl w:val="71C4E112"/>
    <w:lvl w:ilvl="0" w:tplc="383A7F3E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EF0EE0"/>
    <w:multiLevelType w:val="hybridMultilevel"/>
    <w:tmpl w:val="AB3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E860AF"/>
    <w:multiLevelType w:val="hybridMultilevel"/>
    <w:tmpl w:val="B7502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555009"/>
    <w:multiLevelType w:val="hybridMultilevel"/>
    <w:tmpl w:val="F6687D3C"/>
    <w:lvl w:ilvl="0" w:tplc="152474D2">
      <w:numFmt w:val="bullet"/>
      <w:lvlText w:val="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8C7849"/>
    <w:multiLevelType w:val="hybridMultilevel"/>
    <w:tmpl w:val="6CF45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4C02EA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EC294C"/>
    <w:multiLevelType w:val="hybridMultilevel"/>
    <w:tmpl w:val="05D41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1229A1"/>
    <w:multiLevelType w:val="hybridMultilevel"/>
    <w:tmpl w:val="9A74C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C21ED2"/>
    <w:multiLevelType w:val="hybridMultilevel"/>
    <w:tmpl w:val="0ECE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673F48"/>
    <w:multiLevelType w:val="hybridMultilevel"/>
    <w:tmpl w:val="F8DCB1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9D81ADD"/>
    <w:multiLevelType w:val="hybridMultilevel"/>
    <w:tmpl w:val="7E10C9BE"/>
    <w:lvl w:ilvl="0" w:tplc="C4520EF6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A51F7"/>
    <w:multiLevelType w:val="hybridMultilevel"/>
    <w:tmpl w:val="567AE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5B607C"/>
    <w:multiLevelType w:val="hybridMultilevel"/>
    <w:tmpl w:val="9E5E0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31"/>
  </w:num>
  <w:num w:numId="12">
    <w:abstractNumId w:val="15"/>
  </w:num>
  <w:num w:numId="13">
    <w:abstractNumId w:val="10"/>
  </w:num>
  <w:num w:numId="14">
    <w:abstractNumId w:val="39"/>
  </w:num>
  <w:num w:numId="15">
    <w:abstractNumId w:val="16"/>
  </w:num>
  <w:num w:numId="16">
    <w:abstractNumId w:val="47"/>
  </w:num>
  <w:num w:numId="17">
    <w:abstractNumId w:val="13"/>
  </w:num>
  <w:num w:numId="18">
    <w:abstractNumId w:val="42"/>
  </w:num>
  <w:num w:numId="19">
    <w:abstractNumId w:val="41"/>
  </w:num>
  <w:num w:numId="20">
    <w:abstractNumId w:val="29"/>
  </w:num>
  <w:num w:numId="21">
    <w:abstractNumId w:val="37"/>
  </w:num>
  <w:num w:numId="22">
    <w:abstractNumId w:val="28"/>
  </w:num>
  <w:num w:numId="23">
    <w:abstractNumId w:val="46"/>
  </w:num>
  <w:num w:numId="24">
    <w:abstractNumId w:val="12"/>
  </w:num>
  <w:num w:numId="25">
    <w:abstractNumId w:val="22"/>
  </w:num>
  <w:num w:numId="26">
    <w:abstractNumId w:val="33"/>
  </w:num>
  <w:num w:numId="27">
    <w:abstractNumId w:val="26"/>
  </w:num>
  <w:num w:numId="28">
    <w:abstractNumId w:val="20"/>
  </w:num>
  <w:num w:numId="29">
    <w:abstractNumId w:val="18"/>
  </w:num>
  <w:num w:numId="30">
    <w:abstractNumId w:val="9"/>
  </w:num>
  <w:num w:numId="31">
    <w:abstractNumId w:val="43"/>
  </w:num>
  <w:num w:numId="32">
    <w:abstractNumId w:val="48"/>
  </w:num>
  <w:num w:numId="33">
    <w:abstractNumId w:val="23"/>
  </w:num>
  <w:num w:numId="34">
    <w:abstractNumId w:val="25"/>
  </w:num>
  <w:num w:numId="35">
    <w:abstractNumId w:val="17"/>
  </w:num>
  <w:num w:numId="36">
    <w:abstractNumId w:val="35"/>
  </w:num>
  <w:num w:numId="37">
    <w:abstractNumId w:val="40"/>
  </w:num>
  <w:num w:numId="38">
    <w:abstractNumId w:val="34"/>
  </w:num>
  <w:num w:numId="39">
    <w:abstractNumId w:val="32"/>
  </w:num>
  <w:num w:numId="40">
    <w:abstractNumId w:val="21"/>
  </w:num>
  <w:num w:numId="41">
    <w:abstractNumId w:val="14"/>
  </w:num>
  <w:num w:numId="42">
    <w:abstractNumId w:val="44"/>
  </w:num>
  <w:num w:numId="43">
    <w:abstractNumId w:val="45"/>
  </w:num>
  <w:num w:numId="44">
    <w:abstractNumId w:val="11"/>
  </w:num>
  <w:num w:numId="45">
    <w:abstractNumId w:val="30"/>
  </w:num>
  <w:num w:numId="46">
    <w:abstractNumId w:val="24"/>
  </w:num>
  <w:num w:numId="47">
    <w:abstractNumId w:val="38"/>
  </w:num>
  <w:num w:numId="48">
    <w:abstractNumId w:val="27"/>
  </w:num>
  <w:num w:numId="49">
    <w:abstractNumId w:val="43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6294"/>
    <w:rsid w:val="00034616"/>
    <w:rsid w:val="0006063C"/>
    <w:rsid w:val="000F2C7C"/>
    <w:rsid w:val="00132810"/>
    <w:rsid w:val="001379D6"/>
    <w:rsid w:val="00142FFC"/>
    <w:rsid w:val="00147253"/>
    <w:rsid w:val="0015074B"/>
    <w:rsid w:val="00151E0F"/>
    <w:rsid w:val="001739DF"/>
    <w:rsid w:val="001958C1"/>
    <w:rsid w:val="00210FAA"/>
    <w:rsid w:val="002454D1"/>
    <w:rsid w:val="00255C2B"/>
    <w:rsid w:val="0029639D"/>
    <w:rsid w:val="002C16D1"/>
    <w:rsid w:val="00325337"/>
    <w:rsid w:val="00326F90"/>
    <w:rsid w:val="0033388C"/>
    <w:rsid w:val="00342375"/>
    <w:rsid w:val="003F51A4"/>
    <w:rsid w:val="0046348F"/>
    <w:rsid w:val="00473C0B"/>
    <w:rsid w:val="004900B0"/>
    <w:rsid w:val="00494675"/>
    <w:rsid w:val="004B17BE"/>
    <w:rsid w:val="004D50E8"/>
    <w:rsid w:val="00511800"/>
    <w:rsid w:val="00563DBE"/>
    <w:rsid w:val="005658A6"/>
    <w:rsid w:val="00585B01"/>
    <w:rsid w:val="00696A6E"/>
    <w:rsid w:val="006C4585"/>
    <w:rsid w:val="00747910"/>
    <w:rsid w:val="00757609"/>
    <w:rsid w:val="0078739E"/>
    <w:rsid w:val="0079158A"/>
    <w:rsid w:val="007C2F4E"/>
    <w:rsid w:val="007E25A6"/>
    <w:rsid w:val="00814A1D"/>
    <w:rsid w:val="00846BB6"/>
    <w:rsid w:val="008528FF"/>
    <w:rsid w:val="00874DF3"/>
    <w:rsid w:val="00875244"/>
    <w:rsid w:val="008B5FC9"/>
    <w:rsid w:val="008E3A92"/>
    <w:rsid w:val="00920B38"/>
    <w:rsid w:val="00932744"/>
    <w:rsid w:val="00935D06"/>
    <w:rsid w:val="009479DC"/>
    <w:rsid w:val="009A0259"/>
    <w:rsid w:val="009B655A"/>
    <w:rsid w:val="009E6EF2"/>
    <w:rsid w:val="00A00D83"/>
    <w:rsid w:val="00A01531"/>
    <w:rsid w:val="00A1387A"/>
    <w:rsid w:val="00A14E9D"/>
    <w:rsid w:val="00AA1D8D"/>
    <w:rsid w:val="00AE239E"/>
    <w:rsid w:val="00AE39F7"/>
    <w:rsid w:val="00B47730"/>
    <w:rsid w:val="00B91736"/>
    <w:rsid w:val="00BD6FF6"/>
    <w:rsid w:val="00BE2760"/>
    <w:rsid w:val="00C06268"/>
    <w:rsid w:val="00C45CC5"/>
    <w:rsid w:val="00C46751"/>
    <w:rsid w:val="00C7738E"/>
    <w:rsid w:val="00CA2EB3"/>
    <w:rsid w:val="00CB0664"/>
    <w:rsid w:val="00D5663A"/>
    <w:rsid w:val="00DB6DFF"/>
    <w:rsid w:val="00DC5880"/>
    <w:rsid w:val="00DD7A90"/>
    <w:rsid w:val="00E63287"/>
    <w:rsid w:val="00EF022F"/>
    <w:rsid w:val="00F033FF"/>
    <w:rsid w:val="00F5430D"/>
    <w:rsid w:val="00F768DA"/>
    <w:rsid w:val="00F975EE"/>
    <w:rsid w:val="00FA1ED9"/>
    <w:rsid w:val="00FA3681"/>
    <w:rsid w:val="00FC693F"/>
    <w:rsid w:val="00FE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757FBE"/>
  <w14:defaultImageDpi w14:val="300"/>
  <w15:docId w15:val="{9BEEC821-384F-4913-AD8A-8F6682A8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245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ABC804-D20B-443A-A88C-D486F386B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 Apperley</cp:lastModifiedBy>
  <cp:revision>12</cp:revision>
  <cp:lastPrinted>2025-12-17T08:11:00Z</cp:lastPrinted>
  <dcterms:created xsi:type="dcterms:W3CDTF">2025-10-29T13:24:00Z</dcterms:created>
  <dcterms:modified xsi:type="dcterms:W3CDTF">2026-09-04T13:30:00Z</dcterms:modified>
  <cp:category/>
</cp:coreProperties>
</file>